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של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ומושגים הקשורים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איות וזיהוי של מונחים מרכזיים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להעמיק את ההבנה על מסורת יהודי 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חג של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געז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חג מסורתי של העדה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הקס הוא מנהיג דתי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חלק מהחג כולל תענית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(מנהיג דתי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(שפה עתיקה של ספרי קודש)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(חמישה חומשי 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(צום, הימנעות מאכילה)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 של יהודי אתיופיה, שמבטא געגוע וחיבור לירושלים ולמסורת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לתשובה אישית המראה הבנה של מונח אחד לפחות מהחג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חמישה חומשי תורה בגעז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מנהיג דתי בקהילה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בשפת הגעז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המשחק באתר כחלק מהתרגול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להסביר את המושגים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של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מילים ומושגים שקשורים לחג הסיגד, כמו בשעשוע איש תלוי באתר. נכיר מונחים בעברית ובגעז הקשורים למסורת.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קס  ·  אורית  ·  געז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חג של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של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ימים אחרי יום כיפור חל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באיזו שפה כתובים הספרים הקדושים שמוזכרים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ערבית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הסיגד הוא חג של יהודי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הקס הוא שם של משחק מחשב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בחג הסיגד נהוג לצום חלק מהיום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הספרים הקדושים כתובים בשפת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המנהיג הדתי בקהילה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חמישה חומשי תורה בגעז נקראים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צום, הימנעות מאכילה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מנהיג דתי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שפה עתיקה של ספרי קודש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תענית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חמישה חומשי תורה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חג הסיגד ומה חוגגים בו?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או שניים על מה שלמדתם היום על חג הסיגד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האורית?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הוא הקס?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של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