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וזיהוי של מונחים מרכזיים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ההבנה על מסורת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חג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 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חמישה חומשי תורה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חג מסורתי של העדה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הקס הוא מנהיג 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חלק מהחג כולל תענית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געז היא שפה עתיקה של ספרי 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נקראים חמשת החומשים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הזיתים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(שפה עתיקה של ספרי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(חמישה חומשי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(צום, הימנעות מאכילה)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לעלייה לרגל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 של יהודי אתיופיה, שמבטא געגוע וחיבור לירושלים ולמסורת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מנהיג דתי שמוביל טקסים ותפילות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אישית המראה הבנה של מונח אחד לפחות מהחג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חמישה חומשי תורה בגעז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דתי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המשחק באתר כחלק מהתרגול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של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מילים של חג הסיגד. נלמד מילים חשובות בחג.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חמישים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בקהילה היהודית באתיופיה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כתובים ספרי 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חמישה חומשי תורה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צום, הימנעות מאכילה ושתייה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לרגל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למקום קדוש לשם 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הזיתים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בירושלים שבו נהגו לעלות בחג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החיים ושומרים יחד על מסורת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זה 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שפה כתובים ספרים עתיקים?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חומשי תורה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לאיזה הר עלו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הוא שם של משחק מחשב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חלק מהיום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געז היא שפה מודרנית שמדברים בה היום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כוללת חמישה חומשי 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הספרים הקדושים כתובים בשפת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המנהיג הדתי בקהילה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חמישה חומשי תורה בגעז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הסיגד חל חמישים יום אחרי 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בעבר נהגו לעלות בחג אל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בחלק מהיום בחג נוהגים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צום, הימנעות מאכילה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חמישה חומשי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לעלייה לרגל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תענית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עתיקה של ספרי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 הזיתים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חג הסיגד ומה חוגגים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 על מה שלמדתם היום על 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הוא הקס?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שפה כתובים הספרים הקדושים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של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