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ומושגים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איות וזיהוי של מונחים מרכזיים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להעמיק את ההבנה על מסורת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מנהיג 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חמישה חומשי תורה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הר הזיתים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חג מסורתי של העדה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הקס הוא מנהיג 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חלק מהחג כולל תענית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געז היא שפה עתיקה של ספרי קודש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נקראים חמשת החומשים בגעז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הזיתים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(שפה עתיקה של ספרי 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(חמישה חומשי 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(צום, הימנעות מאכילה)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לעלייה לרגל בירושלים)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 של יהודי אתיופיה, שמבטא געגוע וחיבור לירושלים ולמסורת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מנהיג דתי שמוביל טקסים ותפילות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אישית המראה הבנה של מונח אחד לפחות מהחג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חמישה חומשי תורה בגעז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 דתי בקהילה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בשפת הגעז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המשחק באתר כחלק מהתרגול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להסביר את המושגים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מילים ומושגים שקשורים לחג הסיגד, כמו בשעשוע איש תלוי באתר. נכיר מונחים בעברית ובגעז הקשורים למסורת.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כיפור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הוא הקס בקהילה?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שפה כתובים הספרים הקדושים שמוזכרים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חומשי תורה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לאן נהגו לעלות בחג הסיגד בעבר?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הזיתים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הכרמל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של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הוא שם של משחק מחשב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לצום חלק מהיום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געז היא שפה מודרנית שמדברים בה היום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כוללת חמישה חומשי תורה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הספרים הקדושים כתובים בשפת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המנהיג הדתי בקהילה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חמישה חומשי תורה בגעז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הסיגד חל חמישים יום אחרי יום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בעבר נהגו לעלות בחג אל הר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בחלק מהיום בחג נוהגים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חמישה חומשי 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צום, הימנעות מאכילה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לעלייה לרגל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 הזיתים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שפה עתיקה של ספרי קודש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חג הסיגד ומה חוגגים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תפקידו של הקס בקהילה?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 על מה שלמדתם היום על 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האורית?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הוא הקס?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שפה כתובים הספרים הקדושים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של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